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607" w:rsidRDefault="00990924">
      <w:pPr>
        <w:autoSpaceDE w:val="0"/>
        <w:autoSpaceDN w:val="0"/>
        <w:spacing w:after="0" w:line="220" w:lineRule="exact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22427E9" wp14:editId="401BCA05">
            <wp:simplePos x="0" y="0"/>
            <wp:positionH relativeFrom="page">
              <wp:posOffset>3390900</wp:posOffset>
            </wp:positionH>
            <wp:positionV relativeFrom="page">
              <wp:posOffset>1955800</wp:posOffset>
            </wp:positionV>
            <wp:extent cx="1085850" cy="431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0521FA63" wp14:editId="038F66E9">
            <wp:simplePos x="0" y="0"/>
            <wp:positionH relativeFrom="page">
              <wp:posOffset>5022850</wp:posOffset>
            </wp:positionH>
            <wp:positionV relativeFrom="page">
              <wp:posOffset>2514600</wp:posOffset>
            </wp:positionV>
            <wp:extent cx="1917700" cy="4000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2F6B9BF0" wp14:editId="4E4A0EDE">
            <wp:simplePos x="0" y="0"/>
            <wp:positionH relativeFrom="page">
              <wp:posOffset>2990850</wp:posOffset>
            </wp:positionH>
            <wp:positionV relativeFrom="page">
              <wp:posOffset>3041650</wp:posOffset>
            </wp:positionV>
            <wp:extent cx="3924300" cy="3937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0" locked="0" layoutInCell="1" allowOverlap="1" wp14:anchorId="0A293BD6" wp14:editId="6AE92468">
            <wp:simplePos x="0" y="0"/>
            <wp:positionH relativeFrom="page">
              <wp:posOffset>2514600</wp:posOffset>
            </wp:positionH>
            <wp:positionV relativeFrom="page">
              <wp:posOffset>3562350</wp:posOffset>
            </wp:positionV>
            <wp:extent cx="4419600" cy="3937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0" locked="0" layoutInCell="1" allowOverlap="1" wp14:anchorId="0D26954F" wp14:editId="1C3A9DFD">
            <wp:simplePos x="0" y="0"/>
            <wp:positionH relativeFrom="page">
              <wp:posOffset>1035050</wp:posOffset>
            </wp:positionH>
            <wp:positionV relativeFrom="page">
              <wp:posOffset>4083050</wp:posOffset>
            </wp:positionV>
            <wp:extent cx="5880100" cy="3937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0" locked="0" layoutInCell="1" allowOverlap="1" wp14:anchorId="0FCBC5C9" wp14:editId="176F5F74">
            <wp:simplePos x="0" y="0"/>
            <wp:positionH relativeFrom="page">
              <wp:posOffset>1803400</wp:posOffset>
            </wp:positionH>
            <wp:positionV relativeFrom="page">
              <wp:posOffset>4603750</wp:posOffset>
            </wp:positionV>
            <wp:extent cx="5105400" cy="4000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6432" behindDoc="0" locked="0" layoutInCell="1" allowOverlap="1" wp14:anchorId="26AD97CB" wp14:editId="6CA5187E">
            <wp:simplePos x="0" y="0"/>
            <wp:positionH relativeFrom="page">
              <wp:posOffset>1117600</wp:posOffset>
            </wp:positionH>
            <wp:positionV relativeFrom="page">
              <wp:posOffset>4616450</wp:posOffset>
            </wp:positionV>
            <wp:extent cx="666750" cy="3873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7456" behindDoc="0" locked="0" layoutInCell="1" allowOverlap="1" wp14:anchorId="14A97A22" wp14:editId="44BF349B">
            <wp:simplePos x="0" y="0"/>
            <wp:positionH relativeFrom="page">
              <wp:posOffset>4883150</wp:posOffset>
            </wp:positionH>
            <wp:positionV relativeFrom="page">
              <wp:posOffset>5029200</wp:posOffset>
            </wp:positionV>
            <wp:extent cx="2057400" cy="3873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8480" behindDoc="0" locked="0" layoutInCell="1" allowOverlap="1" wp14:anchorId="7651F85F" wp14:editId="41B23B17">
            <wp:simplePos x="0" y="0"/>
            <wp:positionH relativeFrom="page">
              <wp:posOffset>1162050</wp:posOffset>
            </wp:positionH>
            <wp:positionV relativeFrom="page">
              <wp:posOffset>5029200</wp:posOffset>
            </wp:positionV>
            <wp:extent cx="3702050" cy="3873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020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0" locked="0" layoutInCell="1" allowOverlap="1" wp14:anchorId="6D91AE74" wp14:editId="08DE94D3">
            <wp:simplePos x="0" y="0"/>
            <wp:positionH relativeFrom="page">
              <wp:posOffset>3244850</wp:posOffset>
            </wp:positionH>
            <wp:positionV relativeFrom="page">
              <wp:posOffset>5537200</wp:posOffset>
            </wp:positionV>
            <wp:extent cx="3695700" cy="3937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552" behindDoc="0" locked="0" layoutInCell="1" allowOverlap="1" wp14:anchorId="5E001FB8" wp14:editId="45CDB11B">
            <wp:simplePos x="0" y="0"/>
            <wp:positionH relativeFrom="page">
              <wp:posOffset>1155700</wp:posOffset>
            </wp:positionH>
            <wp:positionV relativeFrom="page">
              <wp:posOffset>6064250</wp:posOffset>
            </wp:positionV>
            <wp:extent cx="3384550" cy="3873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845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3600" behindDoc="0" locked="0" layoutInCell="1" allowOverlap="1" wp14:anchorId="7F103BC9" wp14:editId="2CD28C33">
            <wp:simplePos x="0" y="0"/>
            <wp:positionH relativeFrom="page">
              <wp:posOffset>5537200</wp:posOffset>
            </wp:positionH>
            <wp:positionV relativeFrom="page">
              <wp:posOffset>6991350</wp:posOffset>
            </wp:positionV>
            <wp:extent cx="1346200" cy="3873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4624" behindDoc="0" locked="0" layoutInCell="1" allowOverlap="1" wp14:anchorId="245955DF" wp14:editId="12402195">
            <wp:simplePos x="0" y="0"/>
            <wp:positionH relativeFrom="page">
              <wp:posOffset>4121150</wp:posOffset>
            </wp:positionH>
            <wp:positionV relativeFrom="page">
              <wp:posOffset>6991350</wp:posOffset>
            </wp:positionV>
            <wp:extent cx="1390650" cy="3873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648" behindDoc="0" locked="0" layoutInCell="1" allowOverlap="1" wp14:anchorId="4155153D" wp14:editId="781CA344">
            <wp:simplePos x="0" y="0"/>
            <wp:positionH relativeFrom="page">
              <wp:posOffset>1098550</wp:posOffset>
            </wp:positionH>
            <wp:positionV relativeFrom="page">
              <wp:posOffset>7499350</wp:posOffset>
            </wp:positionV>
            <wp:extent cx="5835650" cy="4000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56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6672" behindDoc="0" locked="0" layoutInCell="1" allowOverlap="1" wp14:anchorId="7DB06D4C" wp14:editId="745DF7B7">
            <wp:simplePos x="0" y="0"/>
            <wp:positionH relativeFrom="page">
              <wp:posOffset>4591050</wp:posOffset>
            </wp:positionH>
            <wp:positionV relativeFrom="page">
              <wp:posOffset>7924800</wp:posOffset>
            </wp:positionV>
            <wp:extent cx="2349500" cy="38735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696" behindDoc="0" locked="0" layoutInCell="1" allowOverlap="1" wp14:anchorId="53F5121A" wp14:editId="7BC45B90">
            <wp:simplePos x="0" y="0"/>
            <wp:positionH relativeFrom="page">
              <wp:posOffset>4044950</wp:posOffset>
            </wp:positionH>
            <wp:positionV relativeFrom="page">
              <wp:posOffset>7924800</wp:posOffset>
            </wp:positionV>
            <wp:extent cx="539750" cy="3873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C574F4">
      <w:pPr>
        <w:autoSpaceDE w:val="0"/>
        <w:autoSpaceDN w:val="0"/>
        <w:spacing w:after="0" w:line="220" w:lineRule="exact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230E33F" wp14:editId="788A9C1C">
            <wp:simplePos x="0" y="0"/>
            <wp:positionH relativeFrom="page">
              <wp:posOffset>2562225</wp:posOffset>
            </wp:positionH>
            <wp:positionV relativeFrom="page">
              <wp:posOffset>723901</wp:posOffset>
            </wp:positionV>
            <wp:extent cx="2711450" cy="381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C574F4">
      <w:pPr>
        <w:autoSpaceDE w:val="0"/>
        <w:autoSpaceDN w:val="0"/>
        <w:spacing w:after="0" w:line="220" w:lineRule="exact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AC4A185" wp14:editId="5475448E">
            <wp:simplePos x="0" y="0"/>
            <wp:positionH relativeFrom="page">
              <wp:posOffset>2886075</wp:posOffset>
            </wp:positionH>
            <wp:positionV relativeFrom="page">
              <wp:posOffset>1143000</wp:posOffset>
            </wp:positionV>
            <wp:extent cx="2031365" cy="2952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1675" cy="29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1FE1" w:rsidRDefault="00DA1FE1">
      <w:pPr>
        <w:autoSpaceDE w:val="0"/>
        <w:autoSpaceDN w:val="0"/>
        <w:spacing w:after="0" w:line="220" w:lineRule="exact"/>
        <w:rPr>
          <w:rtl/>
        </w:rPr>
      </w:pPr>
    </w:p>
    <w:p w:rsidR="00684607" w:rsidRDefault="00684607">
      <w:pPr>
        <w:autoSpaceDE w:val="0"/>
        <w:autoSpaceDN w:val="0"/>
        <w:spacing w:after="0" w:line="220" w:lineRule="exact"/>
      </w:pPr>
      <w:bookmarkStart w:id="0" w:name="_GoBack"/>
      <w:bookmarkEnd w:id="0"/>
    </w:p>
    <w:p w:rsidR="00684607" w:rsidRDefault="00684607" w:rsidP="00C574F4">
      <w:pPr>
        <w:autoSpaceDE w:val="0"/>
        <w:autoSpaceDN w:val="0"/>
        <w:spacing w:after="0" w:line="240" w:lineRule="auto"/>
        <w:rPr>
          <w:rtl/>
        </w:rPr>
      </w:pPr>
    </w:p>
    <w:p w:rsidR="00DA1FE1" w:rsidRDefault="00DA1FE1" w:rsidP="00C574F4">
      <w:pPr>
        <w:autoSpaceDE w:val="0"/>
        <w:autoSpaceDN w:val="0"/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>للفصل الأول للعام الجامعي 202</w:t>
      </w:r>
      <w:r w:rsidR="003E39B4">
        <w:rPr>
          <w:rFonts w:asciiTheme="majorBidi" w:hAnsiTheme="majorBidi" w:cstheme="majorBidi" w:hint="cs"/>
          <w:b/>
          <w:bCs/>
          <w:sz w:val="36"/>
          <w:szCs w:val="36"/>
          <w:rtl/>
        </w:rPr>
        <w:t>6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>/202</w:t>
      </w:r>
      <w:r w:rsidR="003E39B4">
        <w:rPr>
          <w:rFonts w:asciiTheme="majorBidi" w:hAnsiTheme="majorBidi" w:cstheme="majorBidi" w:hint="cs"/>
          <w:b/>
          <w:bCs/>
          <w:sz w:val="36"/>
          <w:szCs w:val="36"/>
          <w:rtl/>
        </w:rPr>
        <w:t>7</w:t>
      </w:r>
    </w:p>
    <w:p w:rsidR="00DA1FE1" w:rsidRDefault="00DA1FE1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C574F4">
      <w:pPr>
        <w:autoSpaceDE w:val="0"/>
        <w:autoSpaceDN w:val="0"/>
        <w:spacing w:after="0" w:line="220" w:lineRule="exact"/>
      </w:pPr>
      <w:r>
        <w:rPr>
          <w:noProof/>
        </w:rPr>
        <w:drawing>
          <wp:anchor distT="0" distB="0" distL="0" distR="0" simplePos="0" relativeHeight="251670528" behindDoc="0" locked="0" layoutInCell="1" allowOverlap="1" wp14:anchorId="4D6C8572" wp14:editId="57484A4B">
            <wp:simplePos x="0" y="0"/>
            <wp:positionH relativeFrom="page">
              <wp:posOffset>4591049</wp:posOffset>
            </wp:positionH>
            <wp:positionV relativeFrom="page">
              <wp:posOffset>6057900</wp:posOffset>
            </wp:positionV>
            <wp:extent cx="2359025" cy="4000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C27FB" w:rsidRDefault="00FC27FB" w:rsidP="00C574F4">
      <w:pPr>
        <w:autoSpaceDE w:val="0"/>
        <w:autoSpaceDN w:val="0"/>
        <w:spacing w:after="0"/>
      </w:pPr>
    </w:p>
    <w:p w:rsidR="00684607" w:rsidRPr="00FC27FB" w:rsidRDefault="00684607" w:rsidP="00C574F4">
      <w:pPr>
        <w:autoSpaceDE w:val="0"/>
        <w:autoSpaceDN w:val="0"/>
        <w:spacing w:after="0"/>
        <w:jc w:val="right"/>
        <w:rPr>
          <w:sz w:val="36"/>
          <w:szCs w:val="36"/>
        </w:rPr>
      </w:pPr>
    </w:p>
    <w:p w:rsidR="00684607" w:rsidRDefault="00FC27FB" w:rsidP="00C574F4">
      <w:pPr>
        <w:autoSpaceDE w:val="0"/>
        <w:autoSpaceDN w:val="0"/>
        <w:spacing w:after="0"/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</w:t>
      </w:r>
      <w:r w:rsidR="00194644">
        <w:rPr>
          <w:rFonts w:hint="cs"/>
          <w:sz w:val="36"/>
          <w:szCs w:val="36"/>
          <w:rtl/>
        </w:rPr>
        <w:t xml:space="preserve">والتفسير المنحرف </w:t>
      </w:r>
      <w:proofErr w:type="gramStart"/>
      <w:r w:rsidR="00194644">
        <w:rPr>
          <w:rFonts w:hint="cs"/>
          <w:sz w:val="36"/>
          <w:szCs w:val="36"/>
          <w:rtl/>
        </w:rPr>
        <w:t>والإسرائيليات</w:t>
      </w:r>
      <w:r w:rsidRPr="00FC27FB">
        <w:rPr>
          <w:rFonts w:hint="cs"/>
          <w:sz w:val="36"/>
          <w:szCs w:val="36"/>
          <w:rtl/>
        </w:rPr>
        <w:t xml:space="preserve"> .</w:t>
      </w:r>
      <w:proofErr w:type="gramEnd"/>
      <w:r w:rsidRPr="00FC27FB">
        <w:rPr>
          <w:rFonts w:hint="cs"/>
          <w:sz w:val="36"/>
          <w:szCs w:val="36"/>
          <w:rtl/>
        </w:rPr>
        <w:t xml:space="preserve"> </w:t>
      </w:r>
    </w:p>
    <w:p w:rsidR="00194644" w:rsidRDefault="00194644" w:rsidP="00194644">
      <w:pPr>
        <w:autoSpaceDE w:val="0"/>
        <w:autoSpaceDN w:val="0"/>
        <w:spacing w:after="0" w:line="220" w:lineRule="exact"/>
        <w:jc w:val="center"/>
        <w:rPr>
          <w:sz w:val="36"/>
          <w:szCs w:val="36"/>
          <w:rtl/>
        </w:rPr>
      </w:pPr>
    </w:p>
    <w:p w:rsidR="00194644" w:rsidRDefault="00194644" w:rsidP="00194644">
      <w:pPr>
        <w:autoSpaceDE w:val="0"/>
        <w:autoSpaceDN w:val="0"/>
        <w:spacing w:after="0" w:line="220" w:lineRule="exact"/>
        <w:jc w:val="righ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  <w:rPr>
          <w:rtl/>
        </w:rPr>
      </w:pPr>
    </w:p>
    <w:p w:rsidR="00194644" w:rsidRDefault="00194644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 w:rsidP="00C574F4">
      <w:pPr>
        <w:autoSpaceDE w:val="0"/>
        <w:autoSpaceDN w:val="0"/>
        <w:spacing w:after="0" w:line="126" w:lineRule="exact"/>
        <w:sectPr w:rsidR="00684607">
          <w:pgSz w:w="12240" w:h="15840"/>
          <w:pgMar w:top="240" w:right="240" w:bottom="106" w:left="240" w:header="720" w:footer="720" w:gutter="0"/>
          <w:cols w:space="720"/>
          <w:docGrid w:linePitch="360"/>
        </w:sectPr>
      </w:pPr>
    </w:p>
    <w:p w:rsidR="00684607" w:rsidRDefault="00990924">
      <w:pPr>
        <w:autoSpaceDE w:val="0"/>
        <w:autoSpaceDN w:val="0"/>
        <w:spacing w:after="0" w:line="220" w:lineRule="exact"/>
      </w:pPr>
      <w:r>
        <w:rPr>
          <w:noProof/>
        </w:rPr>
        <w:lastRenderedPageBreak/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3397250</wp:posOffset>
            </wp:positionH>
            <wp:positionV relativeFrom="page">
              <wp:posOffset>914400</wp:posOffset>
            </wp:positionV>
            <wp:extent cx="1054100" cy="4318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5099050</wp:posOffset>
            </wp:positionH>
            <wp:positionV relativeFrom="page">
              <wp:posOffset>1473200</wp:posOffset>
            </wp:positionV>
            <wp:extent cx="1828800" cy="4000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5937250</wp:posOffset>
            </wp:positionH>
            <wp:positionV relativeFrom="page">
              <wp:posOffset>1993900</wp:posOffset>
            </wp:positionV>
            <wp:extent cx="1016000" cy="4000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1447800</wp:posOffset>
            </wp:positionH>
            <wp:positionV relativeFrom="page">
              <wp:posOffset>2000250</wp:posOffset>
            </wp:positionV>
            <wp:extent cx="4470400" cy="3873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2520950</wp:posOffset>
            </wp:positionV>
            <wp:extent cx="2197100" cy="39370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1111250</wp:posOffset>
            </wp:positionH>
            <wp:positionV relativeFrom="page">
              <wp:posOffset>2527300</wp:posOffset>
            </wp:positionV>
            <wp:extent cx="3619500" cy="38735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5295900</wp:posOffset>
            </wp:positionH>
            <wp:positionV relativeFrom="page">
              <wp:posOffset>2940050</wp:posOffset>
            </wp:positionV>
            <wp:extent cx="1606550" cy="3873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3448050</wp:posOffset>
            </wp:positionV>
            <wp:extent cx="1733550" cy="4000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5194300</wp:posOffset>
            </wp:positionH>
            <wp:positionV relativeFrom="page">
              <wp:posOffset>3975100</wp:posOffset>
            </wp:positionV>
            <wp:extent cx="1720850" cy="39370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1117600</wp:posOffset>
            </wp:positionH>
            <wp:positionV relativeFrom="page">
              <wp:posOffset>3981450</wp:posOffset>
            </wp:positionV>
            <wp:extent cx="4064000" cy="3873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4394200</wp:posOffset>
            </wp:positionV>
            <wp:extent cx="1111250" cy="3873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1352550</wp:posOffset>
            </wp:positionH>
            <wp:positionV relativeFrom="page">
              <wp:posOffset>4902200</wp:posOffset>
            </wp:positionV>
            <wp:extent cx="5556250" cy="4000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56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4908550</wp:posOffset>
            </wp:positionV>
            <wp:extent cx="476250" cy="38735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5124450</wp:posOffset>
            </wp:positionH>
            <wp:positionV relativeFrom="page">
              <wp:posOffset>5321300</wp:posOffset>
            </wp:positionV>
            <wp:extent cx="1778000" cy="3873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 w:rsidP="00AF2B13">
      <w:pPr>
        <w:autoSpaceDE w:val="0"/>
        <w:autoSpaceDN w:val="0"/>
        <w:spacing w:after="0" w:line="220" w:lineRule="exact"/>
      </w:pPr>
    </w:p>
    <w:p w:rsidR="0091089D" w:rsidRPr="0056159C" w:rsidRDefault="0091089D" w:rsidP="0091089D">
      <w:pPr>
        <w:spacing w:after="0" w:line="240" w:lineRule="auto"/>
        <w:ind w:left="720"/>
        <w:jc w:val="right"/>
        <w:rPr>
          <w:rFonts w:ascii="Sakkal Majalla" w:eastAsiaTheme="minorHAnsi" w:hAnsi="Sakkal Majalla" w:cs="Sakkal Majalla"/>
          <w:b/>
          <w:bCs/>
          <w:sz w:val="32"/>
          <w:szCs w:val="32"/>
          <w:u w:val="single"/>
          <w:rtl/>
          <w:lang w:bidi="ar-SY"/>
        </w:rPr>
      </w:pPr>
      <w:r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u w:val="single"/>
          <w:rtl/>
          <w:lang w:bidi="ar-SY"/>
        </w:rPr>
        <w:t>موعد الامتحان</w:t>
      </w:r>
    </w:p>
    <w:p w:rsidR="0091089D" w:rsidRPr="0056159C" w:rsidRDefault="0091089D" w:rsidP="0091089D">
      <w:pPr>
        <w:spacing w:after="0" w:line="240" w:lineRule="auto"/>
        <w:ind w:left="720"/>
        <w:jc w:val="right"/>
        <w:rPr>
          <w:rFonts w:ascii="Sakkal Majalla" w:eastAsiaTheme="minorHAnsi" w:hAnsi="Sakkal Majalla" w:cs="Sakkal Majalla"/>
          <w:b/>
          <w:bCs/>
          <w:sz w:val="32"/>
          <w:szCs w:val="32"/>
          <w:rtl/>
          <w:lang w:bidi="ar-SY"/>
        </w:rPr>
      </w:pPr>
      <w:r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SY"/>
        </w:rPr>
        <w:t>الجلسة الأولى يوم الأحد 6/12/2026م</w:t>
      </w:r>
    </w:p>
    <w:p w:rsidR="0091089D" w:rsidRPr="0056159C" w:rsidRDefault="0091089D" w:rsidP="0091089D">
      <w:pPr>
        <w:spacing w:after="0" w:line="240" w:lineRule="auto"/>
        <w:ind w:left="720"/>
        <w:jc w:val="right"/>
        <w:rPr>
          <w:rFonts w:ascii="Sakkal Majalla" w:eastAsiaTheme="minorHAnsi" w:hAnsi="Sakkal Majalla" w:cs="Sakkal Majalla"/>
          <w:b/>
          <w:bCs/>
          <w:sz w:val="32"/>
          <w:szCs w:val="32"/>
          <w:rtl/>
          <w:lang w:bidi="ar-SY"/>
        </w:rPr>
      </w:pPr>
      <w:r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SY"/>
        </w:rPr>
        <w:t>الجلسة الثانية يوم الأربعاء 9/12/2026م</w:t>
      </w:r>
    </w:p>
    <w:p w:rsidR="0091089D" w:rsidRPr="0056159C" w:rsidRDefault="0091089D" w:rsidP="0091089D">
      <w:pPr>
        <w:tabs>
          <w:tab w:val="left" w:pos="1980"/>
        </w:tabs>
        <w:jc w:val="right"/>
        <w:rPr>
          <w:b/>
          <w:bCs/>
          <w:sz w:val="32"/>
          <w:szCs w:val="32"/>
          <w:rtl/>
        </w:rPr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after="0" w:line="220" w:lineRule="exact"/>
      </w:pPr>
    </w:p>
    <w:p w:rsidR="00684607" w:rsidRDefault="00684607">
      <w:pPr>
        <w:autoSpaceDE w:val="0"/>
        <w:autoSpaceDN w:val="0"/>
        <w:spacing w:before="108" w:after="0" w:line="220" w:lineRule="exact"/>
      </w:pPr>
    </w:p>
    <w:p w:rsidR="00684607" w:rsidRDefault="00990924">
      <w:pPr>
        <w:autoSpaceDE w:val="0"/>
        <w:autoSpaceDN w:val="0"/>
        <w:spacing w:after="0" w:line="128" w:lineRule="exact"/>
        <w:jc w:val="center"/>
      </w:pPr>
      <w:r>
        <w:rPr>
          <w:rFonts w:ascii="Arial" w:eastAsia="Arial" w:hAnsi="Arial"/>
          <w:color w:val="000000"/>
          <w:spacing w:val="-10"/>
        </w:rPr>
        <w:t>2</w:t>
      </w:r>
    </w:p>
    <w:sectPr w:rsidR="00684607" w:rsidSect="0091089D">
      <w:pgSz w:w="12240" w:h="15840"/>
      <w:pgMar w:top="240" w:right="1260" w:bottom="106" w:left="2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4644"/>
    <w:rsid w:val="0029639D"/>
    <w:rsid w:val="00326F90"/>
    <w:rsid w:val="003E39B4"/>
    <w:rsid w:val="00684607"/>
    <w:rsid w:val="0091089D"/>
    <w:rsid w:val="00990924"/>
    <w:rsid w:val="00AA1D8D"/>
    <w:rsid w:val="00AF2B13"/>
    <w:rsid w:val="00B47730"/>
    <w:rsid w:val="00C574F4"/>
    <w:rsid w:val="00CB0664"/>
    <w:rsid w:val="00DA1FE1"/>
    <w:rsid w:val="00FC27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09D36"/>
  <w14:defaultImageDpi w14:val="300"/>
  <w15:docId w15:val="{B6C351BB-04E0-4AF6-86F8-54B1B805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3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860393-F4A0-4348-BD97-41572124D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cp:lastPrinted>2026-10-15T08:02:00Z</cp:lastPrinted>
  <dcterms:created xsi:type="dcterms:W3CDTF">2025-09-08T08:24:00Z</dcterms:created>
  <dcterms:modified xsi:type="dcterms:W3CDTF">2026-10-15T09:05:00Z</dcterms:modified>
  <cp:category/>
</cp:coreProperties>
</file>