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396" w:rsidRDefault="00BF4AB5">
      <w:pPr>
        <w:autoSpaceDE w:val="0"/>
        <w:autoSpaceDN w:val="0"/>
        <w:spacing w:after="0" w:line="220" w:lineRule="exact"/>
      </w:pPr>
      <w:bookmarkStart w:id="0" w:name="_GoBack"/>
      <w:r>
        <w:rPr>
          <w:noProof/>
        </w:rPr>
        <w:drawing>
          <wp:anchor distT="0" distB="0" distL="0" distR="0" simplePos="0" relativeHeight="251659264" behindDoc="1" locked="0" layoutInCell="1" allowOverlap="1" wp14:anchorId="0A9AFB21" wp14:editId="76A0C89F">
            <wp:simplePos x="0" y="0"/>
            <wp:positionH relativeFrom="page">
              <wp:posOffset>863600</wp:posOffset>
            </wp:positionH>
            <wp:positionV relativeFrom="page">
              <wp:posOffset>1536700</wp:posOffset>
            </wp:positionV>
            <wp:extent cx="6102350" cy="44513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02350" cy="445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  <w:r w:rsidR="0022373F">
        <w:rPr>
          <w:noProof/>
        </w:rPr>
        <w:drawing>
          <wp:anchor distT="0" distB="0" distL="0" distR="0" simplePos="0" relativeHeight="251660288" behindDoc="1" locked="0" layoutInCell="1" allowOverlap="1" wp14:anchorId="010D11F9" wp14:editId="6D773906">
            <wp:simplePos x="0" y="0"/>
            <wp:positionH relativeFrom="page">
              <wp:posOffset>2082800</wp:posOffset>
            </wp:positionH>
            <wp:positionV relativeFrom="page">
              <wp:posOffset>2590800</wp:posOffset>
            </wp:positionV>
            <wp:extent cx="1797050" cy="3111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97050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373F">
        <w:rPr>
          <w:noProof/>
        </w:rPr>
        <w:drawing>
          <wp:anchor distT="0" distB="0" distL="0" distR="0" simplePos="0" relativeHeight="251661312" behindDoc="1" locked="0" layoutInCell="1" allowOverlap="1" wp14:anchorId="11D38488" wp14:editId="7A902341">
            <wp:simplePos x="0" y="0"/>
            <wp:positionH relativeFrom="page">
              <wp:posOffset>1073150</wp:posOffset>
            </wp:positionH>
            <wp:positionV relativeFrom="page">
              <wp:posOffset>4445000</wp:posOffset>
            </wp:positionV>
            <wp:extent cx="4819650" cy="3111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373F">
        <w:rPr>
          <w:noProof/>
        </w:rPr>
        <w:drawing>
          <wp:anchor distT="0" distB="0" distL="0" distR="0" simplePos="0" relativeHeight="251662336" behindDoc="1" locked="0" layoutInCell="1" allowOverlap="1" wp14:anchorId="06A56A41" wp14:editId="12E9F9FC">
            <wp:simplePos x="0" y="0"/>
            <wp:positionH relativeFrom="page">
              <wp:posOffset>1790700</wp:posOffset>
            </wp:positionH>
            <wp:positionV relativeFrom="page">
              <wp:posOffset>5981700</wp:posOffset>
            </wp:positionV>
            <wp:extent cx="5143500" cy="10541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373F">
        <w:rPr>
          <w:noProof/>
        </w:rPr>
        <w:drawing>
          <wp:anchor distT="0" distB="0" distL="0" distR="0" simplePos="0" relativeHeight="251663360" behindDoc="1" locked="0" layoutInCell="1" allowOverlap="1" wp14:anchorId="3527FF21" wp14:editId="5A7372DF">
            <wp:simplePos x="0" y="0"/>
            <wp:positionH relativeFrom="page">
              <wp:posOffset>1187450</wp:posOffset>
            </wp:positionH>
            <wp:positionV relativeFrom="page">
              <wp:posOffset>7334250</wp:posOffset>
            </wp:positionV>
            <wp:extent cx="5734050" cy="93345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373F">
        <w:rPr>
          <w:noProof/>
        </w:rPr>
        <w:drawing>
          <wp:anchor distT="0" distB="0" distL="0" distR="0" simplePos="0" relativeHeight="251664384" behindDoc="1" locked="0" layoutInCell="1" allowOverlap="1" wp14:anchorId="1A0AC5B5" wp14:editId="2A4F6B6D">
            <wp:simplePos x="0" y="0"/>
            <wp:positionH relativeFrom="page">
              <wp:posOffset>1581150</wp:posOffset>
            </wp:positionH>
            <wp:positionV relativeFrom="page">
              <wp:posOffset>7340600</wp:posOffset>
            </wp:positionV>
            <wp:extent cx="889000" cy="31115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373F">
        <w:rPr>
          <w:noProof/>
        </w:rPr>
        <w:drawing>
          <wp:anchor distT="0" distB="0" distL="0" distR="0" simplePos="0" relativeHeight="251665408" behindDoc="1" locked="0" layoutInCell="1" allowOverlap="1" wp14:anchorId="43D8F0B1" wp14:editId="749683B3">
            <wp:simplePos x="0" y="0"/>
            <wp:positionH relativeFrom="page">
              <wp:posOffset>958850</wp:posOffset>
            </wp:positionH>
            <wp:positionV relativeFrom="page">
              <wp:posOffset>8286750</wp:posOffset>
            </wp:positionV>
            <wp:extent cx="5359400" cy="31115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373F">
        <w:rPr>
          <w:noProof/>
        </w:rPr>
        <w:drawing>
          <wp:anchor distT="0" distB="0" distL="0" distR="0" simplePos="0" relativeHeight="251666432" behindDoc="0" locked="0" layoutInCell="1" allowOverlap="1" wp14:anchorId="4D475C38" wp14:editId="45A9A34A">
            <wp:simplePos x="0" y="0"/>
            <wp:positionH relativeFrom="page">
              <wp:posOffset>1720850</wp:posOffset>
            </wp:positionH>
            <wp:positionV relativeFrom="page">
              <wp:posOffset>8648700</wp:posOffset>
            </wp:positionV>
            <wp:extent cx="5200650" cy="3048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  <w:rPr>
          <w:rtl/>
        </w:rPr>
      </w:pPr>
    </w:p>
    <w:p w:rsidR="00BF4AB5" w:rsidRDefault="00BF4AB5">
      <w:pPr>
        <w:autoSpaceDE w:val="0"/>
        <w:autoSpaceDN w:val="0"/>
        <w:spacing w:after="0" w:line="220" w:lineRule="exact"/>
        <w:rPr>
          <w:rtl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7EA2AA6" wp14:editId="0D72D0D7">
            <wp:simplePos x="0" y="0"/>
            <wp:positionH relativeFrom="page">
              <wp:posOffset>2200275</wp:posOffset>
            </wp:positionH>
            <wp:positionV relativeFrom="paragraph">
              <wp:posOffset>12700</wp:posOffset>
            </wp:positionV>
            <wp:extent cx="3914775" cy="4572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4AB5" w:rsidRDefault="00BF4AB5">
      <w:pPr>
        <w:autoSpaceDE w:val="0"/>
        <w:autoSpaceDN w:val="0"/>
        <w:spacing w:after="0" w:line="220" w:lineRule="exact"/>
        <w:rPr>
          <w:rtl/>
        </w:rPr>
      </w:pPr>
    </w:p>
    <w:p w:rsidR="00BF4AB5" w:rsidRDefault="00BF4AB5">
      <w:pPr>
        <w:autoSpaceDE w:val="0"/>
        <w:autoSpaceDN w:val="0"/>
        <w:spacing w:after="0" w:line="220" w:lineRule="exact"/>
        <w:rPr>
          <w:rtl/>
        </w:rPr>
      </w:pPr>
    </w:p>
    <w:p w:rsidR="00BF4AB5" w:rsidRDefault="00BF4AB5">
      <w:pPr>
        <w:autoSpaceDE w:val="0"/>
        <w:autoSpaceDN w:val="0"/>
        <w:spacing w:after="0" w:line="220" w:lineRule="exact"/>
        <w:rPr>
          <w:rtl/>
        </w:rPr>
      </w:pPr>
    </w:p>
    <w:p w:rsidR="00BF4AB5" w:rsidRDefault="00BF4AB5">
      <w:pPr>
        <w:autoSpaceDE w:val="0"/>
        <w:autoSpaceDN w:val="0"/>
        <w:spacing w:after="0" w:line="220" w:lineRule="exact"/>
        <w:rPr>
          <w:rtl/>
        </w:rPr>
      </w:pPr>
    </w:p>
    <w:p w:rsidR="00BF4AB5" w:rsidRPr="00BF4AB5" w:rsidRDefault="00BF4AB5" w:rsidP="00C76A49">
      <w:pPr>
        <w:autoSpaceDE w:val="0"/>
        <w:autoSpaceDN w:val="0"/>
        <w:spacing w:after="0" w:line="220" w:lineRule="exact"/>
        <w:jc w:val="center"/>
        <w:rPr>
          <w:rFonts w:asciiTheme="majorBidi" w:hAnsiTheme="majorBidi" w:cstheme="majorBidi"/>
          <w:b/>
          <w:bCs/>
        </w:rPr>
      </w:pPr>
      <w:r w:rsidRPr="00BF4AB5">
        <w:rPr>
          <w:rFonts w:asciiTheme="majorBidi" w:hAnsiTheme="majorBidi" w:cstheme="majorBidi"/>
          <w:b/>
          <w:bCs/>
          <w:sz w:val="36"/>
          <w:szCs w:val="36"/>
          <w:rtl/>
        </w:rPr>
        <w:t xml:space="preserve">للفصل </w:t>
      </w:r>
      <w:proofErr w:type="gramStart"/>
      <w:r w:rsidR="00C76A49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 xml:space="preserve">الثاني </w:t>
      </w:r>
      <w:r w:rsidR="00C76A49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BF4AB5">
        <w:rPr>
          <w:rFonts w:asciiTheme="majorBidi" w:hAnsiTheme="majorBidi" w:cstheme="majorBidi"/>
          <w:b/>
          <w:bCs/>
          <w:sz w:val="36"/>
          <w:szCs w:val="36"/>
          <w:rtl/>
        </w:rPr>
        <w:t>للعام</w:t>
      </w:r>
      <w:proofErr w:type="gramEnd"/>
      <w:r w:rsidRPr="00BF4AB5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الجامعي 2025/2026</w:t>
      </w:r>
    </w:p>
    <w:p w:rsidR="00BF4AB5" w:rsidRDefault="00BF4AB5" w:rsidP="00BF4AB5">
      <w:pPr>
        <w:autoSpaceDE w:val="0"/>
        <w:autoSpaceDN w:val="0"/>
        <w:spacing w:after="0" w:line="220" w:lineRule="exact"/>
      </w:pPr>
    </w:p>
    <w:p w:rsidR="00BF4AB5" w:rsidRDefault="00BF4AB5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before="22" w:after="0" w:line="220" w:lineRule="exact"/>
      </w:pPr>
    </w:p>
    <w:p w:rsidR="00383396" w:rsidRDefault="0022373F">
      <w:pPr>
        <w:autoSpaceDE w:val="0"/>
        <w:autoSpaceDN w:val="0"/>
        <w:spacing w:after="0" w:line="436" w:lineRule="exact"/>
        <w:ind w:right="1198"/>
        <w:jc w:val="right"/>
      </w:pPr>
      <w:r>
        <w:rPr>
          <w:rFonts w:ascii="Lotus-Light" w:eastAsia="Lotus-Light" w:hAnsi="Lotus-Light" w:cs="Times New Roman"/>
          <w:color w:val="000000"/>
          <w:spacing w:val="-10"/>
          <w:sz w:val="32"/>
          <w:szCs w:val="32"/>
          <w:rtl/>
        </w:rPr>
        <w:t>قوله</w:t>
      </w:r>
      <w:r>
        <w:rPr>
          <w:rFonts w:ascii="Lotus-Light" w:eastAsia="Lotus-Light" w:hAnsi="Lotus-Light"/>
          <w:color w:val="000000"/>
          <w:spacing w:val="-10"/>
          <w:sz w:val="32"/>
        </w:rPr>
        <w:t xml:space="preserve"> </w:t>
      </w:r>
      <w:r>
        <w:rPr>
          <w:rFonts w:ascii="Lotus-Light" w:eastAsia="Lotus-Light" w:hAnsi="Lotus-Light" w:cs="Times New Roman"/>
          <w:color w:val="000000"/>
          <w:spacing w:val="-10"/>
          <w:sz w:val="32"/>
          <w:szCs w:val="32"/>
          <w:rtl/>
        </w:rPr>
        <w:t>تعاىل</w:t>
      </w:r>
      <w:r>
        <w:rPr>
          <w:rFonts w:ascii="Lotus-Light" w:eastAsia="Lotus-Light" w:hAnsi="Lotus-Light"/>
          <w:color w:val="000000"/>
          <w:spacing w:val="-10"/>
          <w:sz w:val="32"/>
        </w:rPr>
        <w:t xml:space="preserve"> </w:t>
      </w:r>
    </w:p>
    <w:p w:rsidR="00383396" w:rsidRDefault="0022373F">
      <w:pPr>
        <w:autoSpaceDE w:val="0"/>
        <w:autoSpaceDN w:val="0"/>
        <w:spacing w:before="1192" w:after="0" w:line="126" w:lineRule="exact"/>
        <w:jc w:val="center"/>
      </w:pPr>
      <w:r>
        <w:rPr>
          <w:rFonts w:ascii="Arial" w:eastAsia="Arial" w:hAnsi="Arial"/>
          <w:color w:val="000000"/>
          <w:spacing w:val="-10"/>
        </w:rPr>
        <w:t>1</w:t>
      </w:r>
    </w:p>
    <w:p w:rsidR="00383396" w:rsidRDefault="00383396">
      <w:pPr>
        <w:sectPr w:rsidR="00383396">
          <w:pgSz w:w="12240" w:h="15840"/>
          <w:pgMar w:top="240" w:right="240" w:bottom="106" w:left="240" w:header="720" w:footer="720" w:gutter="0"/>
          <w:cols w:space="720"/>
          <w:docGrid w:linePitch="360"/>
        </w:sectPr>
      </w:pPr>
    </w:p>
    <w:p w:rsidR="00383396" w:rsidRDefault="0022373F">
      <w:pPr>
        <w:autoSpaceDE w:val="0"/>
        <w:autoSpaceDN w:val="0"/>
        <w:spacing w:after="0" w:line="220" w:lineRule="exact"/>
      </w:pPr>
      <w:r>
        <w:rPr>
          <w:noProof/>
        </w:rPr>
        <w:lastRenderedPageBreak/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5905500</wp:posOffset>
            </wp:positionH>
            <wp:positionV relativeFrom="page">
              <wp:posOffset>914400</wp:posOffset>
            </wp:positionV>
            <wp:extent cx="996950" cy="31115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96950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2406650</wp:posOffset>
            </wp:positionH>
            <wp:positionV relativeFrom="page">
              <wp:posOffset>920750</wp:posOffset>
            </wp:positionV>
            <wp:extent cx="3486150" cy="3048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977900</wp:posOffset>
            </wp:positionH>
            <wp:positionV relativeFrom="page">
              <wp:posOffset>920750</wp:posOffset>
            </wp:positionV>
            <wp:extent cx="1422400" cy="30480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2997200</wp:posOffset>
            </wp:positionH>
            <wp:positionV relativeFrom="page">
              <wp:posOffset>1225550</wp:posOffset>
            </wp:positionV>
            <wp:extent cx="3937000" cy="123825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370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E270EA" w:rsidRDefault="00E270EA" w:rsidP="00C76A49">
      <w:pPr>
        <w:bidi/>
        <w:spacing w:after="0" w:line="240" w:lineRule="auto"/>
        <w:rPr>
          <w:rFonts w:eastAsiaTheme="minorHAnsi" w:cs="Simplified Arabic"/>
          <w:b/>
          <w:bCs/>
          <w:sz w:val="36"/>
          <w:szCs w:val="36"/>
          <w:lang w:bidi="ar-SY"/>
        </w:rPr>
      </w:pPr>
      <w:r>
        <w:rPr>
          <w:rFonts w:eastAsiaTheme="minorHAnsi" w:cs="Simplified Arabic"/>
          <w:b/>
          <w:bCs/>
          <w:sz w:val="36"/>
          <w:szCs w:val="36"/>
          <w:rtl/>
          <w:lang w:bidi="ar-SY"/>
        </w:rPr>
        <w:t>الجلسة ال</w:t>
      </w:r>
      <w:r w:rsidR="00C76A49">
        <w:rPr>
          <w:rFonts w:eastAsiaTheme="minorHAnsi" w:cs="Simplified Arabic" w:hint="cs"/>
          <w:b/>
          <w:bCs/>
          <w:sz w:val="36"/>
          <w:szCs w:val="36"/>
          <w:rtl/>
          <w:lang w:bidi="ar-SY"/>
        </w:rPr>
        <w:t>أولى يوم الأحد 29/3/2026</w:t>
      </w:r>
      <w:r>
        <w:rPr>
          <w:rFonts w:eastAsiaTheme="minorHAnsi" w:cs="Simplified Arabic"/>
          <w:b/>
          <w:bCs/>
          <w:sz w:val="36"/>
          <w:szCs w:val="36"/>
          <w:rtl/>
          <w:lang w:bidi="ar-SY"/>
        </w:rPr>
        <w:t>.</w:t>
      </w:r>
    </w:p>
    <w:p w:rsidR="00E270EA" w:rsidRDefault="00E270EA" w:rsidP="00E270EA">
      <w:pPr>
        <w:bidi/>
        <w:spacing w:after="0" w:line="240" w:lineRule="auto"/>
        <w:rPr>
          <w:rFonts w:eastAsiaTheme="minorHAnsi" w:cs="Simplified Arabic"/>
          <w:b/>
          <w:bCs/>
          <w:sz w:val="36"/>
          <w:szCs w:val="36"/>
          <w:rtl/>
          <w:lang w:bidi="ar-SY"/>
        </w:rPr>
      </w:pPr>
    </w:p>
    <w:p w:rsidR="00E270EA" w:rsidRDefault="00E270EA" w:rsidP="00C76A49">
      <w:pPr>
        <w:bidi/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JO"/>
        </w:rPr>
      </w:pPr>
      <w:r>
        <w:rPr>
          <w:rFonts w:eastAsiaTheme="minorHAnsi" w:cs="Simplified Arabic"/>
          <w:b/>
          <w:bCs/>
          <w:sz w:val="36"/>
          <w:szCs w:val="36"/>
          <w:rtl/>
          <w:lang w:bidi="ar-SY"/>
        </w:rPr>
        <w:t xml:space="preserve">  الجلسة الثانية </w:t>
      </w:r>
      <w:r w:rsidR="00C76A49">
        <w:rPr>
          <w:rFonts w:eastAsiaTheme="minorHAnsi" w:cs="Simplified Arabic" w:hint="cs"/>
          <w:b/>
          <w:bCs/>
          <w:sz w:val="36"/>
          <w:szCs w:val="36"/>
          <w:rtl/>
          <w:lang w:bidi="ar-SY"/>
        </w:rPr>
        <w:t>الثلاثاء الموافق 14/4/2026</w:t>
      </w:r>
    </w:p>
    <w:p w:rsidR="00383396" w:rsidRDefault="00383396">
      <w:pPr>
        <w:autoSpaceDE w:val="0"/>
        <w:autoSpaceDN w:val="0"/>
        <w:spacing w:after="0" w:line="220" w:lineRule="exact"/>
        <w:rPr>
          <w:lang w:bidi="ar-JO"/>
        </w:rPr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before="108" w:after="0" w:line="220" w:lineRule="exact"/>
      </w:pPr>
    </w:p>
    <w:p w:rsidR="00383396" w:rsidRDefault="0022373F">
      <w:pPr>
        <w:autoSpaceDE w:val="0"/>
        <w:autoSpaceDN w:val="0"/>
        <w:spacing w:after="0" w:line="128" w:lineRule="exact"/>
        <w:jc w:val="center"/>
      </w:pPr>
      <w:r>
        <w:rPr>
          <w:rFonts w:ascii="Arial" w:eastAsia="Arial" w:hAnsi="Arial"/>
          <w:color w:val="000000"/>
          <w:spacing w:val="-10"/>
        </w:rPr>
        <w:t>2</w:t>
      </w:r>
    </w:p>
    <w:sectPr w:rsidR="00383396" w:rsidSect="00034616">
      <w:pgSz w:w="12240" w:h="15840"/>
      <w:pgMar w:top="240" w:right="240" w:bottom="106" w:left="2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otus-Light">
    <w:altName w:val="Times New Roman"/>
    <w:panose1 w:val="00000000000000000000"/>
    <w:charset w:val="00"/>
    <w:family w:val="roman"/>
    <w:notTrueType/>
    <w:pitch w:val="default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2373F"/>
    <w:rsid w:val="0029639D"/>
    <w:rsid w:val="00326F90"/>
    <w:rsid w:val="00383396"/>
    <w:rsid w:val="00AA1D8D"/>
    <w:rsid w:val="00B47730"/>
    <w:rsid w:val="00BF4AB5"/>
    <w:rsid w:val="00C76A49"/>
    <w:rsid w:val="00CB0664"/>
    <w:rsid w:val="00E270E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0BADEE"/>
  <w14:defaultImageDpi w14:val="300"/>
  <w15:docId w15:val="{5C3BD39B-878F-4DD8-B514-AAA7E0129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76A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A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80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73D8F15-97B1-4808-AED2-70076DAB3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8</cp:revision>
  <cp:lastPrinted>2026-03-05T06:33:00Z</cp:lastPrinted>
  <dcterms:created xsi:type="dcterms:W3CDTF">2025-09-08T08:25:00Z</dcterms:created>
  <dcterms:modified xsi:type="dcterms:W3CDTF">2026-03-05T06:33:00Z</dcterms:modified>
  <cp:category/>
</cp:coreProperties>
</file>