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96" w:rsidRDefault="00BF4AB5">
      <w:pPr>
        <w:autoSpaceDE w:val="0"/>
        <w:autoSpaceDN w:val="0"/>
        <w:spacing w:after="0" w:line="220" w:lineRule="exact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0A9AFB21" wp14:editId="76A0C89F">
            <wp:simplePos x="0" y="0"/>
            <wp:positionH relativeFrom="page">
              <wp:posOffset>863600</wp:posOffset>
            </wp:positionH>
            <wp:positionV relativeFrom="page">
              <wp:posOffset>1536700</wp:posOffset>
            </wp:positionV>
            <wp:extent cx="6102350" cy="4451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2373F">
        <w:rPr>
          <w:noProof/>
        </w:rPr>
        <w:drawing>
          <wp:anchor distT="0" distB="0" distL="0" distR="0" simplePos="0" relativeHeight="251660288" behindDoc="1" locked="0" layoutInCell="1" allowOverlap="1" wp14:anchorId="010D11F9" wp14:editId="6D773906">
            <wp:simplePos x="0" y="0"/>
            <wp:positionH relativeFrom="page">
              <wp:posOffset>2082800</wp:posOffset>
            </wp:positionH>
            <wp:positionV relativeFrom="page">
              <wp:posOffset>2590800</wp:posOffset>
            </wp:positionV>
            <wp:extent cx="1797050" cy="3111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1312" behindDoc="1" locked="0" layoutInCell="1" allowOverlap="1" wp14:anchorId="11D38488" wp14:editId="7A902341">
            <wp:simplePos x="0" y="0"/>
            <wp:positionH relativeFrom="page">
              <wp:posOffset>1073150</wp:posOffset>
            </wp:positionH>
            <wp:positionV relativeFrom="page">
              <wp:posOffset>4445000</wp:posOffset>
            </wp:positionV>
            <wp:extent cx="4819650" cy="311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2336" behindDoc="1" locked="0" layoutInCell="1" allowOverlap="1" wp14:anchorId="06A56A41" wp14:editId="12E9F9FC">
            <wp:simplePos x="0" y="0"/>
            <wp:positionH relativeFrom="page">
              <wp:posOffset>1790700</wp:posOffset>
            </wp:positionH>
            <wp:positionV relativeFrom="page">
              <wp:posOffset>5981700</wp:posOffset>
            </wp:positionV>
            <wp:extent cx="5143500" cy="1054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3360" behindDoc="1" locked="0" layoutInCell="1" allowOverlap="1" wp14:anchorId="3527FF21" wp14:editId="5A7372DF">
            <wp:simplePos x="0" y="0"/>
            <wp:positionH relativeFrom="page">
              <wp:posOffset>1187450</wp:posOffset>
            </wp:positionH>
            <wp:positionV relativeFrom="page">
              <wp:posOffset>7334250</wp:posOffset>
            </wp:positionV>
            <wp:extent cx="5734050" cy="9334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4384" behindDoc="1" locked="0" layoutInCell="1" allowOverlap="1" wp14:anchorId="1A0AC5B5" wp14:editId="2A4F6B6D">
            <wp:simplePos x="0" y="0"/>
            <wp:positionH relativeFrom="page">
              <wp:posOffset>1581150</wp:posOffset>
            </wp:positionH>
            <wp:positionV relativeFrom="page">
              <wp:posOffset>7340600</wp:posOffset>
            </wp:positionV>
            <wp:extent cx="889000" cy="3111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5408" behindDoc="1" locked="0" layoutInCell="1" allowOverlap="1" wp14:anchorId="43D8F0B1" wp14:editId="749683B3">
            <wp:simplePos x="0" y="0"/>
            <wp:positionH relativeFrom="page">
              <wp:posOffset>958850</wp:posOffset>
            </wp:positionH>
            <wp:positionV relativeFrom="page">
              <wp:posOffset>8286750</wp:posOffset>
            </wp:positionV>
            <wp:extent cx="5359400" cy="3111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6432" behindDoc="0" locked="0" layoutInCell="1" allowOverlap="1" wp14:anchorId="4D475C38" wp14:editId="45A9A34A">
            <wp:simplePos x="0" y="0"/>
            <wp:positionH relativeFrom="page">
              <wp:posOffset>1720850</wp:posOffset>
            </wp:positionH>
            <wp:positionV relativeFrom="page">
              <wp:posOffset>8648700</wp:posOffset>
            </wp:positionV>
            <wp:extent cx="5200650" cy="3048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7EA2AA6" wp14:editId="0D72D0D7">
            <wp:simplePos x="0" y="0"/>
            <wp:positionH relativeFrom="page">
              <wp:posOffset>2200275</wp:posOffset>
            </wp:positionH>
            <wp:positionV relativeFrom="paragraph">
              <wp:posOffset>12700</wp:posOffset>
            </wp:positionV>
            <wp:extent cx="3914775" cy="457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Pr="00BF4AB5" w:rsidRDefault="00BF4AB5" w:rsidP="00BF4AB5">
      <w:pPr>
        <w:autoSpaceDE w:val="0"/>
        <w:autoSpaceDN w:val="0"/>
        <w:spacing w:after="0" w:line="220" w:lineRule="exact"/>
        <w:jc w:val="center"/>
        <w:rPr>
          <w:rFonts w:asciiTheme="majorBidi" w:hAnsiTheme="majorBidi" w:cstheme="majorBidi"/>
          <w:b/>
          <w:bCs/>
        </w:rPr>
      </w:pPr>
      <w:r w:rsidRPr="00BF4AB5">
        <w:rPr>
          <w:rFonts w:asciiTheme="majorBidi" w:hAnsiTheme="majorBidi" w:cstheme="majorBidi"/>
          <w:b/>
          <w:bCs/>
          <w:sz w:val="36"/>
          <w:szCs w:val="36"/>
          <w:rtl/>
        </w:rPr>
        <w:t>للفصل الأول للعام الجامعي 2025/2026</w:t>
      </w:r>
    </w:p>
    <w:p w:rsidR="00BF4AB5" w:rsidRDefault="00BF4AB5" w:rsidP="00BF4AB5">
      <w:pPr>
        <w:autoSpaceDE w:val="0"/>
        <w:autoSpaceDN w:val="0"/>
        <w:spacing w:after="0" w:line="220" w:lineRule="exact"/>
      </w:pPr>
    </w:p>
    <w:p w:rsidR="00BF4AB5" w:rsidRDefault="00BF4AB5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before="22" w:after="0" w:line="220" w:lineRule="exact"/>
      </w:pPr>
    </w:p>
    <w:p w:rsidR="00383396" w:rsidRDefault="0022373F">
      <w:pPr>
        <w:autoSpaceDE w:val="0"/>
        <w:autoSpaceDN w:val="0"/>
        <w:spacing w:after="0" w:line="436" w:lineRule="exact"/>
        <w:ind w:right="1198"/>
        <w:jc w:val="right"/>
      </w:pPr>
      <w:r>
        <w:rPr>
          <w:rFonts w:ascii="Lotus-Light" w:eastAsia="Lotus-Light" w:hAnsi="Lotus-Light" w:cs="Times New Roman"/>
          <w:color w:val="000000"/>
          <w:spacing w:val="-10"/>
          <w:sz w:val="32"/>
          <w:szCs w:val="32"/>
          <w:rtl/>
        </w:rPr>
        <w:t>قوله</w:t>
      </w:r>
      <w:r>
        <w:rPr>
          <w:rFonts w:ascii="Lotus-Light" w:eastAsia="Lotus-Light" w:hAnsi="Lotus-Light"/>
          <w:color w:val="000000"/>
          <w:spacing w:val="-10"/>
          <w:sz w:val="32"/>
        </w:rPr>
        <w:t xml:space="preserve"> </w:t>
      </w:r>
      <w:r>
        <w:rPr>
          <w:rFonts w:ascii="Lotus-Light" w:eastAsia="Lotus-Light" w:hAnsi="Lotus-Light" w:cs="Times New Roman"/>
          <w:color w:val="000000"/>
          <w:spacing w:val="-10"/>
          <w:sz w:val="32"/>
          <w:szCs w:val="32"/>
          <w:rtl/>
        </w:rPr>
        <w:t>تعاىل</w:t>
      </w:r>
      <w:r>
        <w:rPr>
          <w:rFonts w:ascii="Lotus-Light" w:eastAsia="Lotus-Light" w:hAnsi="Lotus-Light"/>
          <w:color w:val="000000"/>
          <w:spacing w:val="-10"/>
          <w:sz w:val="32"/>
        </w:rPr>
        <w:t xml:space="preserve"> </w:t>
      </w:r>
    </w:p>
    <w:p w:rsidR="00383396" w:rsidRDefault="0022373F">
      <w:pPr>
        <w:autoSpaceDE w:val="0"/>
        <w:autoSpaceDN w:val="0"/>
        <w:spacing w:before="1192" w:after="0" w:line="126" w:lineRule="exact"/>
        <w:jc w:val="center"/>
      </w:pPr>
      <w:r>
        <w:rPr>
          <w:rFonts w:ascii="Arial" w:eastAsia="Arial" w:hAnsi="Arial"/>
          <w:color w:val="000000"/>
          <w:spacing w:val="-10"/>
        </w:rPr>
        <w:t>1</w:t>
      </w:r>
    </w:p>
    <w:p w:rsidR="00383396" w:rsidRDefault="00383396">
      <w:pPr>
        <w:sectPr w:rsidR="00383396">
          <w:pgSz w:w="12240" w:h="15840"/>
          <w:pgMar w:top="240" w:right="240" w:bottom="106" w:left="240" w:header="720" w:footer="720" w:gutter="0"/>
          <w:cols w:space="720"/>
          <w:docGrid w:linePitch="360"/>
        </w:sectPr>
      </w:pPr>
    </w:p>
    <w:p w:rsidR="00383396" w:rsidRDefault="0022373F">
      <w:pPr>
        <w:autoSpaceDE w:val="0"/>
        <w:autoSpaceDN w:val="0"/>
        <w:spacing w:after="0" w:line="220" w:lineRule="exact"/>
      </w:pPr>
      <w:r>
        <w:rPr>
          <w:noProof/>
        </w:rPr>
        <w:lastRenderedPageBreak/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5905500</wp:posOffset>
            </wp:positionH>
            <wp:positionV relativeFrom="page">
              <wp:posOffset>914400</wp:posOffset>
            </wp:positionV>
            <wp:extent cx="996950" cy="3111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2406650</wp:posOffset>
            </wp:positionH>
            <wp:positionV relativeFrom="page">
              <wp:posOffset>920750</wp:posOffset>
            </wp:positionV>
            <wp:extent cx="3486150" cy="3048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977900</wp:posOffset>
            </wp:positionH>
            <wp:positionV relativeFrom="page">
              <wp:posOffset>920750</wp:posOffset>
            </wp:positionV>
            <wp:extent cx="1422400" cy="3048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2997200</wp:posOffset>
            </wp:positionH>
            <wp:positionV relativeFrom="page">
              <wp:posOffset>1225550</wp:posOffset>
            </wp:positionV>
            <wp:extent cx="3937000" cy="12382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E270EA" w:rsidRDefault="00E270EA" w:rsidP="00E270EA">
      <w:pPr>
        <w:bidi/>
        <w:spacing w:after="0" w:line="240" w:lineRule="auto"/>
        <w:rPr>
          <w:rFonts w:eastAsiaTheme="minorHAnsi" w:cs="Simplified Arabic"/>
          <w:b/>
          <w:bCs/>
          <w:sz w:val="36"/>
          <w:szCs w:val="36"/>
          <w:lang w:bidi="ar-SY"/>
        </w:rPr>
      </w:pPr>
      <w:r>
        <w:rPr>
          <w:rFonts w:eastAsiaTheme="minorHAnsi" w:cs="Simplified Arabic"/>
          <w:b/>
          <w:bCs/>
          <w:sz w:val="36"/>
          <w:szCs w:val="36"/>
          <w:rtl/>
          <w:lang w:bidi="ar-SY"/>
        </w:rPr>
        <w:t xml:space="preserve">الجلسة الاولى </w:t>
      </w:r>
      <w:proofErr w:type="gramStart"/>
      <w:r>
        <w:rPr>
          <w:rFonts w:eastAsiaTheme="minorHAnsi" w:cs="Simplified Arabic"/>
          <w:b/>
          <w:bCs/>
          <w:sz w:val="36"/>
          <w:szCs w:val="36"/>
          <w:rtl/>
          <w:lang w:bidi="ar-SY"/>
        </w:rPr>
        <w:t>الثلاثاء18</w:t>
      </w:r>
      <w:proofErr w:type="gramEnd"/>
      <w:r>
        <w:rPr>
          <w:rFonts w:eastAsiaTheme="minorHAnsi" w:cs="Simplified Arabic"/>
          <w:b/>
          <w:bCs/>
          <w:sz w:val="36"/>
          <w:szCs w:val="36"/>
          <w:rtl/>
          <w:lang w:bidi="ar-SY"/>
        </w:rPr>
        <w:t>/11/2025م.</w:t>
      </w:r>
    </w:p>
    <w:p w:rsidR="00E270EA" w:rsidRDefault="00E270EA" w:rsidP="00E270EA">
      <w:pPr>
        <w:bidi/>
        <w:spacing w:after="0" w:line="240" w:lineRule="auto"/>
        <w:rPr>
          <w:rFonts w:eastAsiaTheme="minorHAnsi" w:cs="Simplified Arabic"/>
          <w:b/>
          <w:bCs/>
          <w:sz w:val="36"/>
          <w:szCs w:val="36"/>
          <w:rtl/>
          <w:lang w:bidi="ar-SY"/>
        </w:rPr>
      </w:pPr>
    </w:p>
    <w:p w:rsidR="00E270EA" w:rsidRDefault="00E270EA" w:rsidP="00E270EA">
      <w:pPr>
        <w:bidi/>
        <w:spacing w:after="0" w:line="240" w:lineRule="auto"/>
        <w:rPr>
          <w:rFonts w:eastAsiaTheme="minorHAnsi" w:cs="Simplified Arabic"/>
          <w:b/>
          <w:bCs/>
          <w:sz w:val="36"/>
          <w:szCs w:val="36"/>
          <w:rtl/>
          <w:lang w:bidi="ar-SY"/>
        </w:rPr>
      </w:pPr>
      <w:r>
        <w:rPr>
          <w:rFonts w:eastAsiaTheme="minorHAnsi" w:cs="Simplified Arabic"/>
          <w:b/>
          <w:bCs/>
          <w:sz w:val="36"/>
          <w:szCs w:val="36"/>
          <w:rtl/>
          <w:lang w:bidi="ar-SY"/>
        </w:rPr>
        <w:t xml:space="preserve">  الجلسة الثانية </w:t>
      </w:r>
      <w:proofErr w:type="gramStart"/>
      <w:r>
        <w:rPr>
          <w:rFonts w:eastAsiaTheme="minorHAnsi" w:cs="Simplified Arabic"/>
          <w:b/>
          <w:bCs/>
          <w:sz w:val="36"/>
          <w:szCs w:val="36"/>
          <w:rtl/>
          <w:lang w:bidi="ar-SY"/>
        </w:rPr>
        <w:t>الأحد  23</w:t>
      </w:r>
      <w:proofErr w:type="gramEnd"/>
      <w:r>
        <w:rPr>
          <w:rFonts w:eastAsiaTheme="minorHAnsi" w:cs="Simplified Arabic"/>
          <w:b/>
          <w:bCs/>
          <w:sz w:val="36"/>
          <w:szCs w:val="36"/>
          <w:rtl/>
          <w:lang w:bidi="ar-SY"/>
        </w:rPr>
        <w:t xml:space="preserve">/11/2025م. </w:t>
      </w:r>
    </w:p>
    <w:p w:rsidR="00E270EA" w:rsidRDefault="00E270EA" w:rsidP="00E270EA">
      <w:pPr>
        <w:bidi/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</w:t>
      </w:r>
      <w:proofErr w:type="gramStart"/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الامتحان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  <w:t xml:space="preserve"> 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(</w:t>
      </w:r>
      <w:proofErr w:type="gramEnd"/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من الساعة(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>10</w:t>
      </w:r>
      <w:r>
        <w:rPr>
          <w:rFonts w:ascii="Traditional Arabic" w:eastAsiaTheme="minorHAnsi" w:hAnsi="Traditional Arabic" w:cs="Traditional Arabic"/>
          <w:b/>
          <w:bCs/>
          <w:sz w:val="40"/>
          <w:szCs w:val="40"/>
          <w:u w:val="single"/>
          <w:rtl/>
          <w:lang w:bidi="ar-JO"/>
        </w:rPr>
        <w:t>-</w:t>
      </w:r>
      <w:r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JO"/>
        </w:rPr>
        <w:t xml:space="preserve">1) العاشرة صباحاً حتى الساعة الواحدة بعد الظهر  قاعة رقم (201) في مبنى الشريعة الطابق الثاني </w:t>
      </w:r>
      <w:bookmarkStart w:id="0" w:name="_GoBack"/>
      <w:bookmarkEnd w:id="0"/>
    </w:p>
    <w:p w:rsidR="00383396" w:rsidRDefault="00383396">
      <w:pPr>
        <w:autoSpaceDE w:val="0"/>
        <w:autoSpaceDN w:val="0"/>
        <w:spacing w:after="0" w:line="220" w:lineRule="exact"/>
        <w:rPr>
          <w:lang w:bidi="ar-JO"/>
        </w:rPr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before="108" w:after="0" w:line="220" w:lineRule="exact"/>
      </w:pPr>
    </w:p>
    <w:p w:rsidR="00383396" w:rsidRDefault="0022373F">
      <w:pPr>
        <w:autoSpaceDE w:val="0"/>
        <w:autoSpaceDN w:val="0"/>
        <w:spacing w:after="0" w:line="128" w:lineRule="exact"/>
        <w:jc w:val="center"/>
      </w:pPr>
      <w:r>
        <w:rPr>
          <w:rFonts w:ascii="Arial" w:eastAsia="Arial" w:hAnsi="Arial"/>
          <w:color w:val="000000"/>
          <w:spacing w:val="-10"/>
        </w:rPr>
        <w:t>2</w:t>
      </w:r>
    </w:p>
    <w:sectPr w:rsidR="00383396" w:rsidSect="00034616">
      <w:pgSz w:w="12240" w:h="15840"/>
      <w:pgMar w:top="240" w:right="240" w:bottom="106" w:left="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otus-Light">
    <w:altName w:val="Times New Roman"/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2373F"/>
    <w:rsid w:val="0029639D"/>
    <w:rsid w:val="00326F90"/>
    <w:rsid w:val="00383396"/>
    <w:rsid w:val="00AA1D8D"/>
    <w:rsid w:val="00B47730"/>
    <w:rsid w:val="00BF4AB5"/>
    <w:rsid w:val="00CB0664"/>
    <w:rsid w:val="00E270E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5C3BD39B-878F-4DD8-B514-AAA7E012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A4D6AE-25CA-4A89-9CBB-45037FC8B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2025-09-08T08:25:00Z</dcterms:created>
  <dcterms:modified xsi:type="dcterms:W3CDTF">2025-11-06T10:20:00Z</dcterms:modified>
  <cp:category/>
</cp:coreProperties>
</file>