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607" w:rsidRDefault="00990924">
      <w:pPr>
        <w:autoSpaceDE w:val="0"/>
        <w:autoSpaceDN w:val="0"/>
        <w:spacing w:after="0" w:line="220" w:lineRule="exact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2565400</wp:posOffset>
            </wp:positionH>
            <wp:positionV relativeFrom="page">
              <wp:posOffset>908050</wp:posOffset>
            </wp:positionV>
            <wp:extent cx="2711450" cy="4000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114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15F52DD3" wp14:editId="79EBA86D">
            <wp:simplePos x="0" y="0"/>
            <wp:positionH relativeFrom="page">
              <wp:posOffset>3390900</wp:posOffset>
            </wp:positionH>
            <wp:positionV relativeFrom="page">
              <wp:posOffset>1955800</wp:posOffset>
            </wp:positionV>
            <wp:extent cx="1085850" cy="4318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allowOverlap="1" wp14:anchorId="60A96750" wp14:editId="5DED62DE">
            <wp:simplePos x="0" y="0"/>
            <wp:positionH relativeFrom="page">
              <wp:posOffset>5022850</wp:posOffset>
            </wp:positionH>
            <wp:positionV relativeFrom="page">
              <wp:posOffset>2514600</wp:posOffset>
            </wp:positionV>
            <wp:extent cx="1917700" cy="4000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 wp14:anchorId="76F6D3AF" wp14:editId="7623D622">
            <wp:simplePos x="0" y="0"/>
            <wp:positionH relativeFrom="page">
              <wp:posOffset>2990850</wp:posOffset>
            </wp:positionH>
            <wp:positionV relativeFrom="page">
              <wp:posOffset>3041650</wp:posOffset>
            </wp:positionV>
            <wp:extent cx="3924300" cy="3937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3360" behindDoc="0" locked="0" layoutInCell="1" allowOverlap="1" wp14:anchorId="57DAD667" wp14:editId="01601798">
            <wp:simplePos x="0" y="0"/>
            <wp:positionH relativeFrom="page">
              <wp:posOffset>2514600</wp:posOffset>
            </wp:positionH>
            <wp:positionV relativeFrom="page">
              <wp:posOffset>3562350</wp:posOffset>
            </wp:positionV>
            <wp:extent cx="4419600" cy="3937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4384" behindDoc="0" locked="0" layoutInCell="1" allowOverlap="1" wp14:anchorId="5E75E474" wp14:editId="6BCA25DC">
            <wp:simplePos x="0" y="0"/>
            <wp:positionH relativeFrom="page">
              <wp:posOffset>1035050</wp:posOffset>
            </wp:positionH>
            <wp:positionV relativeFrom="page">
              <wp:posOffset>4083050</wp:posOffset>
            </wp:positionV>
            <wp:extent cx="5880100" cy="3937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80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allowOverlap="1" wp14:anchorId="451B478E" wp14:editId="4294FC4F">
            <wp:simplePos x="0" y="0"/>
            <wp:positionH relativeFrom="page">
              <wp:posOffset>1803400</wp:posOffset>
            </wp:positionH>
            <wp:positionV relativeFrom="page">
              <wp:posOffset>4603750</wp:posOffset>
            </wp:positionV>
            <wp:extent cx="5105400" cy="4000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6432" behindDoc="0" locked="0" layoutInCell="1" allowOverlap="1" wp14:anchorId="68A047DA" wp14:editId="67F15846">
            <wp:simplePos x="0" y="0"/>
            <wp:positionH relativeFrom="page">
              <wp:posOffset>1117600</wp:posOffset>
            </wp:positionH>
            <wp:positionV relativeFrom="page">
              <wp:posOffset>4616450</wp:posOffset>
            </wp:positionV>
            <wp:extent cx="666750" cy="38735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7456" behindDoc="0" locked="0" layoutInCell="1" allowOverlap="1" wp14:anchorId="30D46CB7" wp14:editId="605B88E9">
            <wp:simplePos x="0" y="0"/>
            <wp:positionH relativeFrom="page">
              <wp:posOffset>4883150</wp:posOffset>
            </wp:positionH>
            <wp:positionV relativeFrom="page">
              <wp:posOffset>5029200</wp:posOffset>
            </wp:positionV>
            <wp:extent cx="2057400" cy="3873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 wp14:anchorId="32A04A15" wp14:editId="4A46CFA2">
            <wp:simplePos x="0" y="0"/>
            <wp:positionH relativeFrom="page">
              <wp:posOffset>1162050</wp:posOffset>
            </wp:positionH>
            <wp:positionV relativeFrom="page">
              <wp:posOffset>5029200</wp:posOffset>
            </wp:positionV>
            <wp:extent cx="3702050" cy="3873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020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 wp14:anchorId="1998690C" wp14:editId="0702BA1E">
            <wp:simplePos x="0" y="0"/>
            <wp:positionH relativeFrom="page">
              <wp:posOffset>3244850</wp:posOffset>
            </wp:positionH>
            <wp:positionV relativeFrom="page">
              <wp:posOffset>5537200</wp:posOffset>
            </wp:positionV>
            <wp:extent cx="3695700" cy="3937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 wp14:anchorId="0EAAD2B0" wp14:editId="4A616FD8">
            <wp:simplePos x="0" y="0"/>
            <wp:positionH relativeFrom="page">
              <wp:posOffset>4565650</wp:posOffset>
            </wp:positionH>
            <wp:positionV relativeFrom="page">
              <wp:posOffset>6057900</wp:posOffset>
            </wp:positionV>
            <wp:extent cx="2387600" cy="4000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3876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1552" behindDoc="0" locked="0" layoutInCell="1" allowOverlap="1" wp14:anchorId="170C9D5E" wp14:editId="59FDE834">
            <wp:simplePos x="0" y="0"/>
            <wp:positionH relativeFrom="page">
              <wp:posOffset>1155700</wp:posOffset>
            </wp:positionH>
            <wp:positionV relativeFrom="page">
              <wp:posOffset>6064250</wp:posOffset>
            </wp:positionV>
            <wp:extent cx="3384550" cy="38735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845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2576" behindDoc="0" locked="0" layoutInCell="1" allowOverlap="1" wp14:anchorId="7CC1F08C" wp14:editId="37362D03">
            <wp:simplePos x="0" y="0"/>
            <wp:positionH relativeFrom="page">
              <wp:posOffset>4724400</wp:posOffset>
            </wp:positionH>
            <wp:positionV relativeFrom="page">
              <wp:posOffset>6477000</wp:posOffset>
            </wp:positionV>
            <wp:extent cx="2216150" cy="38735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161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3600" behindDoc="0" locked="0" layoutInCell="1" allowOverlap="1" wp14:anchorId="34699333" wp14:editId="5140CD77">
            <wp:simplePos x="0" y="0"/>
            <wp:positionH relativeFrom="page">
              <wp:posOffset>5537200</wp:posOffset>
            </wp:positionH>
            <wp:positionV relativeFrom="page">
              <wp:posOffset>6991350</wp:posOffset>
            </wp:positionV>
            <wp:extent cx="1346200" cy="38735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4624" behindDoc="0" locked="0" layoutInCell="1" allowOverlap="1" wp14:anchorId="3E172213" wp14:editId="1883168F">
            <wp:simplePos x="0" y="0"/>
            <wp:positionH relativeFrom="page">
              <wp:posOffset>4121150</wp:posOffset>
            </wp:positionH>
            <wp:positionV relativeFrom="page">
              <wp:posOffset>6991350</wp:posOffset>
            </wp:positionV>
            <wp:extent cx="1390650" cy="3873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5648" behindDoc="0" locked="0" layoutInCell="1" allowOverlap="1" wp14:anchorId="780535C0" wp14:editId="7AEC03BA">
            <wp:simplePos x="0" y="0"/>
            <wp:positionH relativeFrom="page">
              <wp:posOffset>1098550</wp:posOffset>
            </wp:positionH>
            <wp:positionV relativeFrom="page">
              <wp:posOffset>7499350</wp:posOffset>
            </wp:positionV>
            <wp:extent cx="5835650" cy="40005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356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6672" behindDoc="0" locked="0" layoutInCell="1" allowOverlap="1" wp14:anchorId="4B57F5E0" wp14:editId="08805D3B">
            <wp:simplePos x="0" y="0"/>
            <wp:positionH relativeFrom="page">
              <wp:posOffset>4591050</wp:posOffset>
            </wp:positionH>
            <wp:positionV relativeFrom="page">
              <wp:posOffset>7924800</wp:posOffset>
            </wp:positionV>
            <wp:extent cx="2349500" cy="38735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495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7696" behindDoc="0" locked="0" layoutInCell="1" allowOverlap="1" wp14:anchorId="3F856585" wp14:editId="7B9464EC">
            <wp:simplePos x="0" y="0"/>
            <wp:positionH relativeFrom="page">
              <wp:posOffset>4044950</wp:posOffset>
            </wp:positionH>
            <wp:positionV relativeFrom="page">
              <wp:posOffset>7924800</wp:posOffset>
            </wp:positionV>
            <wp:extent cx="539750" cy="38735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DA1FE1" w:rsidRDefault="00DA1FE1">
      <w:pPr>
        <w:autoSpaceDE w:val="0"/>
        <w:autoSpaceDN w:val="0"/>
        <w:spacing w:after="0" w:line="220" w:lineRule="exact"/>
        <w:rPr>
          <w:rtl/>
        </w:rPr>
      </w:pPr>
    </w:p>
    <w:p w:rsidR="00684607" w:rsidRDefault="00DA1FE1">
      <w:pPr>
        <w:autoSpaceDE w:val="0"/>
        <w:autoSpaceDN w:val="0"/>
        <w:spacing w:after="0" w:line="220" w:lineRule="exact"/>
      </w:pPr>
      <w:bookmarkStart w:id="0" w:name="_GoBack"/>
      <w:bookmarkEnd w:id="0"/>
      <w:r>
        <w:rPr>
          <w:noProof/>
        </w:rPr>
        <w:drawing>
          <wp:anchor distT="0" distB="0" distL="0" distR="0" simplePos="0" relativeHeight="251659264" behindDoc="0" locked="0" layoutInCell="1" allowOverlap="1" wp14:anchorId="003642A4" wp14:editId="3CA72ABA">
            <wp:simplePos x="0" y="0"/>
            <wp:positionH relativeFrom="page">
              <wp:posOffset>2924407</wp:posOffset>
            </wp:positionH>
            <wp:positionV relativeFrom="page">
              <wp:posOffset>1428750</wp:posOffset>
            </wp:positionV>
            <wp:extent cx="2038118" cy="2952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1671" cy="29723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84607" w:rsidRDefault="00684607">
      <w:pPr>
        <w:autoSpaceDE w:val="0"/>
        <w:autoSpaceDN w:val="0"/>
        <w:spacing w:after="0" w:line="220" w:lineRule="exact"/>
        <w:rPr>
          <w:rtl/>
        </w:rPr>
      </w:pPr>
    </w:p>
    <w:p w:rsidR="00DA1FE1" w:rsidRDefault="00DA1FE1" w:rsidP="00DA1FE1">
      <w:pPr>
        <w:autoSpaceDE w:val="0"/>
        <w:autoSpaceDN w:val="0"/>
        <w:spacing w:after="0" w:line="220" w:lineRule="exact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/>
          <w:b/>
          <w:bCs/>
          <w:sz w:val="36"/>
          <w:szCs w:val="36"/>
          <w:rtl/>
        </w:rPr>
        <w:t>للفصل الأول للعام الجامعي 2025/2026</w:t>
      </w:r>
    </w:p>
    <w:p w:rsidR="00DA1FE1" w:rsidRDefault="00DA1FE1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before="110" w:after="0" w:line="220" w:lineRule="exact"/>
      </w:pPr>
    </w:p>
    <w:p w:rsidR="00684607" w:rsidRDefault="00990924">
      <w:pPr>
        <w:autoSpaceDE w:val="0"/>
        <w:autoSpaceDN w:val="0"/>
        <w:spacing w:after="0" w:line="126" w:lineRule="exact"/>
        <w:jc w:val="center"/>
      </w:pPr>
      <w:r>
        <w:rPr>
          <w:rFonts w:ascii="Arial" w:eastAsia="Arial" w:hAnsi="Arial"/>
          <w:color w:val="000000"/>
          <w:spacing w:val="-10"/>
        </w:rPr>
        <w:t>1</w:t>
      </w:r>
    </w:p>
    <w:p w:rsidR="00684607" w:rsidRDefault="00684607">
      <w:pPr>
        <w:sectPr w:rsidR="00684607">
          <w:pgSz w:w="12240" w:h="15840"/>
          <w:pgMar w:top="240" w:right="240" w:bottom="106" w:left="240" w:header="720" w:footer="720" w:gutter="0"/>
          <w:cols w:space="720"/>
          <w:docGrid w:linePitch="360"/>
        </w:sectPr>
      </w:pPr>
    </w:p>
    <w:p w:rsidR="00684607" w:rsidRDefault="00990924">
      <w:pPr>
        <w:autoSpaceDE w:val="0"/>
        <w:autoSpaceDN w:val="0"/>
        <w:spacing w:after="0" w:line="220" w:lineRule="exact"/>
      </w:pPr>
      <w:r>
        <w:rPr>
          <w:noProof/>
        </w:rPr>
        <w:lastRenderedPageBreak/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3397250</wp:posOffset>
            </wp:positionH>
            <wp:positionV relativeFrom="page">
              <wp:posOffset>914400</wp:posOffset>
            </wp:positionV>
            <wp:extent cx="1054100" cy="431800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9744" behindDoc="0" locked="0" layoutInCell="1" allowOverlap="1">
            <wp:simplePos x="0" y="0"/>
            <wp:positionH relativeFrom="page">
              <wp:posOffset>5099050</wp:posOffset>
            </wp:positionH>
            <wp:positionV relativeFrom="page">
              <wp:posOffset>1473200</wp:posOffset>
            </wp:positionV>
            <wp:extent cx="1828800" cy="4000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5937250</wp:posOffset>
            </wp:positionH>
            <wp:positionV relativeFrom="page">
              <wp:posOffset>1993900</wp:posOffset>
            </wp:positionV>
            <wp:extent cx="1016000" cy="4000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1447800</wp:posOffset>
            </wp:positionH>
            <wp:positionV relativeFrom="page">
              <wp:posOffset>2000250</wp:posOffset>
            </wp:positionV>
            <wp:extent cx="4470400" cy="387350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2816" behindDoc="0" locked="0" layoutInCell="1" allowOverlap="1">
            <wp:simplePos x="0" y="0"/>
            <wp:positionH relativeFrom="page">
              <wp:posOffset>4743450</wp:posOffset>
            </wp:positionH>
            <wp:positionV relativeFrom="page">
              <wp:posOffset>2520950</wp:posOffset>
            </wp:positionV>
            <wp:extent cx="2197100" cy="393700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97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3840" behindDoc="0" locked="0" layoutInCell="1" allowOverlap="1">
            <wp:simplePos x="0" y="0"/>
            <wp:positionH relativeFrom="page">
              <wp:posOffset>1111250</wp:posOffset>
            </wp:positionH>
            <wp:positionV relativeFrom="page">
              <wp:posOffset>2527300</wp:posOffset>
            </wp:positionV>
            <wp:extent cx="3619500" cy="387350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4864" behindDoc="0" locked="0" layoutInCell="1" allowOverlap="1">
            <wp:simplePos x="0" y="0"/>
            <wp:positionH relativeFrom="page">
              <wp:posOffset>5295900</wp:posOffset>
            </wp:positionH>
            <wp:positionV relativeFrom="page">
              <wp:posOffset>2940050</wp:posOffset>
            </wp:positionV>
            <wp:extent cx="1606550" cy="38735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5200650</wp:posOffset>
            </wp:positionH>
            <wp:positionV relativeFrom="page">
              <wp:posOffset>3448050</wp:posOffset>
            </wp:positionV>
            <wp:extent cx="1733550" cy="400050"/>
            <wp:effectExtent l="0" t="0" r="0" b="0"/>
            <wp:wrapNone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5194300</wp:posOffset>
            </wp:positionH>
            <wp:positionV relativeFrom="page">
              <wp:posOffset>3975100</wp:posOffset>
            </wp:positionV>
            <wp:extent cx="1720850" cy="393700"/>
            <wp:effectExtent l="0" t="0" r="0" b="0"/>
            <wp:wrapNone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72085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7936" behindDoc="0" locked="0" layoutInCell="1" allowOverlap="1">
            <wp:simplePos x="0" y="0"/>
            <wp:positionH relativeFrom="page">
              <wp:posOffset>1117600</wp:posOffset>
            </wp:positionH>
            <wp:positionV relativeFrom="page">
              <wp:posOffset>3981450</wp:posOffset>
            </wp:positionV>
            <wp:extent cx="4064000" cy="387350"/>
            <wp:effectExtent l="0" t="0" r="0" b="0"/>
            <wp:wrapNone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8960" behindDoc="0" locked="0" layoutInCell="1" allowOverlap="1">
            <wp:simplePos x="0" y="0"/>
            <wp:positionH relativeFrom="page">
              <wp:posOffset>5829300</wp:posOffset>
            </wp:positionH>
            <wp:positionV relativeFrom="page">
              <wp:posOffset>4394200</wp:posOffset>
            </wp:positionV>
            <wp:extent cx="1111250" cy="387350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89984" behindDoc="0" locked="0" layoutInCell="1" allowOverlap="1">
            <wp:simplePos x="0" y="0"/>
            <wp:positionH relativeFrom="page">
              <wp:posOffset>1352550</wp:posOffset>
            </wp:positionH>
            <wp:positionV relativeFrom="page">
              <wp:posOffset>4902200</wp:posOffset>
            </wp:positionV>
            <wp:extent cx="5556250" cy="400050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562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857250</wp:posOffset>
            </wp:positionH>
            <wp:positionV relativeFrom="page">
              <wp:posOffset>4908550</wp:posOffset>
            </wp:positionV>
            <wp:extent cx="476250" cy="387350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92032" behindDoc="0" locked="0" layoutInCell="1" allowOverlap="1">
            <wp:simplePos x="0" y="0"/>
            <wp:positionH relativeFrom="page">
              <wp:posOffset>5124450</wp:posOffset>
            </wp:positionH>
            <wp:positionV relativeFrom="page">
              <wp:posOffset>5321300</wp:posOffset>
            </wp:positionV>
            <wp:extent cx="1778000" cy="387350"/>
            <wp:effectExtent l="0" t="0" r="0" b="0"/>
            <wp:wrapNone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778000" cy="38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after="0" w:line="220" w:lineRule="exact"/>
      </w:pPr>
    </w:p>
    <w:p w:rsidR="00684607" w:rsidRDefault="00684607">
      <w:pPr>
        <w:autoSpaceDE w:val="0"/>
        <w:autoSpaceDN w:val="0"/>
        <w:spacing w:before="108" w:after="0" w:line="220" w:lineRule="exact"/>
      </w:pPr>
    </w:p>
    <w:p w:rsidR="00684607" w:rsidRDefault="00990924">
      <w:pPr>
        <w:autoSpaceDE w:val="0"/>
        <w:autoSpaceDN w:val="0"/>
        <w:spacing w:after="0" w:line="128" w:lineRule="exact"/>
        <w:jc w:val="center"/>
      </w:pPr>
      <w:r>
        <w:rPr>
          <w:rFonts w:ascii="Arial" w:eastAsia="Arial" w:hAnsi="Arial"/>
          <w:color w:val="000000"/>
          <w:spacing w:val="-10"/>
        </w:rPr>
        <w:t>2</w:t>
      </w:r>
    </w:p>
    <w:sectPr w:rsidR="00684607" w:rsidSect="00034616">
      <w:pgSz w:w="12240" w:h="15840"/>
      <w:pgMar w:top="240" w:right="240" w:bottom="106" w:left="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84607"/>
    <w:rsid w:val="00990924"/>
    <w:rsid w:val="00AA1D8D"/>
    <w:rsid w:val="00B47730"/>
    <w:rsid w:val="00CB0664"/>
    <w:rsid w:val="00DA1FE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0D7144"/>
  <w14:defaultImageDpi w14:val="300"/>
  <w15:docId w15:val="{B6C351BB-04E0-4AF6-86F8-54B1B8056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3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11FE6B-D987-442B-B5FE-172700A08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2025-09-08T08:24:00Z</dcterms:created>
  <dcterms:modified xsi:type="dcterms:W3CDTF">2025-09-09T06:10:00Z</dcterms:modified>
  <cp:category/>
</cp:coreProperties>
</file>